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Город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366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c56af4e305deef63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6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Город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43661" cy="2232000"/>
            <wp:docPr id="4" name="Picture 4" descr="Город Фрунзе" title="Город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c56af4e305deef63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6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Художник В.Белевич, 1963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https://bimap.su/description/frunze/454_Belevich.txt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Фарида Ммм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https://2gis.kg/bishkek/firm/70000001024472985/tab/photos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