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Памятник Токтогулу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42.87741, 74.61263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4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a97a01b2de620af13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42.87741, 74.61263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Памятник Токтогулу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42.87741, 74.61263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000" cy="2232000"/>
            <wp:docPr id="4" name="Picture 4" descr="Памятник Токтогулу" title="Памятник Токтогул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a97a01b2de620af13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Токтогулу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Памятник Токтогулу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Памятник Токтогулу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https://bimap.su/description/frunze/453_Toktogul.txt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42.87741, 74.61263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Robert Divaev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https://2gis.kg/bishkek/geo/15763294480498709/tab/photos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