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Токтогулу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Токтогулдун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4" name="Picture 4" descr="Памятник Токтогулу" title="Памятник Токтогул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Токтогулу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Токтогулдун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Токтогулдун эстелиги Эстелик 1974-жылы Опера жана балет театрынын түштүк тарабында тургузулган. Кызыл граниттен жасалган постаментте колунда комуз кармаган акындын коло фигурасы коюлган. Эстеликтин бийиктиги 7 метрди түзөт. Скульптор Г.Айтиев, архитектор А.Исаев. Токтогул Сатылганов (1864 - 1933) - акын, ырчы, обончу.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https://bimap.su/description/frunze/453_Toktogul.txt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Robert Divaev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https://2gis.kg/bishkek/geo/15763294480498709/tab/photos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