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Памятник Токтогулу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42.87741, 74.61263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67400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6a97a01b2de620af13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74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42.87741, 74.61263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Monument to Toktogul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42.87741, 74.61263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674000" cy="2232000"/>
            <wp:docPr id="4" name="Picture 4" descr="Памятник Токтогулу" title="Памятник Токтогул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6a97a01b2de620af13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74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Токтогулу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Monument to Toktogul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Monument to Toktogul The monument was erected in 1974 on the south side of the Opera and Ballet Theater. On a pedestal made of red granite there is a bronze figure of an akyn with a komuz in his hand. The height of the monument is 7 meters. Sculptor G. Aitiev, architect A. Isaev. Toktogul Satylganov (1864 - 1933) - poet, singer, musician.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https://bimap.su/description/frunze/453_Toktogul.txt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42.87741, 74.61263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Robert Divaev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https://2gis.kg/bishkek/geo/15763294480498709/tab/photos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