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Финансово-кредитный техникум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42.87753, 74.57697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170454" cy="223199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26ebb40e25d50950af9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70454" cy="22319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42.87753, 74.57697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Финансово-кредитный техникум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42.87753, 74.57697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170454" cy="2231999"/>
            <wp:docPr id="4" name="Picture 4" descr="Финансово-кредитный техникум" title="Финансово-кредитный техникум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26ebb40e25d50950af9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70454" cy="22319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Финансово-кредитный техникум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Финансово-кредитный техникум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Архитектор А.Голованев, 1959 год.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https://bimap.su/description/frunze/450_Fintehnikum.txt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42.87753, 74.57697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Белек Досматов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https://2gis.kg/bishkek/firm/70000001019369009/tab/photos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