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Тоголок Молдо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139e5e8c6fc14756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Тоголок Молдо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Тоголок Молдо" title="Тоголок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139e5e8c6fc14756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Тоголок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Тоголок Молдо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Скульптор О.Мануйлова, архитектор Ю.Карих, 1963 год. Фото Владимира Петрова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https://bimap.su/description/frunze/449_Togolok.txt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Mikshake Mikshake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https://2gis.kg/bishkek/geo/15763294480498836/tab/photos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