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Тоголок Молдо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42.86864, 74.59397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426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139e5e8c6fc14756f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2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42.86864, 74.59397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Тоголок Молдо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42.86864, 74.59397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263" cy="2232000"/>
            <wp:docPr id="4" name="Picture 4" descr="Тоголок Молдо" title="Тоголок Молд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139e5e8c6fc14756f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2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Тоголок Молдо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Тоголок Молдо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Тоголок Молдо 1963-жылы Тоголок Молдо атындагы паркка орнотулган. Скульптор О.Мануйлова, архитектор Ю.Карих. Тоголок Молдо (Байымбет Абдырахманов, 1860-1942). Акын жана белгилүү манасчылардын бири.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https://bimap.su/description/frunze/449_Togolok.txt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42.86864, 74.59397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Mikshake Mikshake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https://2gis.kg/bishkek/geo/15763294480498836/tab/photos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