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ТОГДА / СЕЙЧАС  </w:t>
      </w:r>
    </w:p>
    <w:p>
      <w:pPr>
        <w:jc w:val="center"/>
      </w:pPr>
      <w:r>
        <w:rPr>
          <w:rFonts w:ascii="Arial" w:hAnsi="Arial" w:eastAsia="Arial"/>
          <w:b/>
          <w:color w:val="242C2F"/>
          <w:sz w:val="40"/>
        </w:rPr>
        <w:t>Тоголок Молдо</w:t>
      </w:r>
    </w:p>
    <w:p>
      <w:pPr>
        <w:jc w:val="center"/>
      </w:pPr>
      <w:r>
        <w:rPr>
          <w:rFonts w:ascii="Arial" w:hAnsi="Arial" w:eastAsia="Arial"/>
          <w:b w:val="0"/>
          <w:color w:val="606667"/>
          <w:sz w:val="17"/>
        </w:rPr>
        <w:t>42.86864, 74.59397</w:t>
      </w:r>
    </w:p>
    <w:p>
      <w:pPr>
        <w:spacing w:before="80" w:after="20"/>
      </w:pPr>
      <w:r>
        <w:rPr>
          <w:rFonts w:ascii="Arial" w:hAnsi="Arial" w:eastAsia="Arial"/>
          <w:b/>
          <w:color w:val="772A33"/>
          <w:sz w:val="20"/>
        </w:rPr>
        <w:t>Тогда · Frunze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2974263" cy="22320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14139e5e8c6fc14756f8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974263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80" w:after="20"/>
      </w:pPr>
      <w:r>
        <w:rPr>
          <w:rFonts w:ascii="Arial" w:hAnsi="Arial" w:eastAsia="Arial"/>
          <w:b/>
          <w:color w:val="1B5B5B"/>
          <w:sz w:val="20"/>
        </w:rPr>
        <w:t>Сейчас · Bishkek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PISHPEK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No information has been found for this period yet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42.86864, 74.59397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Pishpek" title="Pishpek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No information has been found for this period yet.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FRUNZE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Togolok Moldo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42.86864, 74.59397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2974263" cy="2232000"/>
            <wp:docPr id="4" name="Picture 4" descr="Тоголок Молдо" title="Тоголок Молдо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14139e5e8c6fc14756f8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974263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Тоголок Молдо · Владимира Петрова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  <w:r>
        <w:rPr>
          <w:rFonts w:ascii="Arial" w:hAnsi="Arial" w:eastAsia="Arial"/>
          <w:b/>
          <w:color w:val="242C2F"/>
          <w:sz w:val="20"/>
        </w:rPr>
        <w:t xml:space="preserve">  Togolok Moldo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﻿ Togolok Moldo Installed in the park named after Togolok Moldo in 1963. Sculptor O. Manuilova, architect Y. Karikh. Togolok Moldo (Bayimbet Abdyrakhmanov, 1860-1942). Poet and one of the famous manaschi.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Source: https://bimap.su/description/frunze/449_Togolok.txt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BISHKEK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No information has been found for this period yet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42.86864, 74.59397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5" name="Picture 5" descr="Современный вид; дата публикации в 2GIS" title="Современный вид; дата публикации в 2GIS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Современный вид; дата публикации в 2GIS · Mikshake Mikshake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No information has been found for this period yet.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Source: https://2gis.kg/bishkek/geo/15763294480498836/tab/photos · 2GIS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Фотография пользователя 2GIS; права принадлежат автору. Изображение показывается по внешней ссылке на 2GIS.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jpg"/><Relationship Id="rId13" Type="http://schemas.openxmlformats.org/officeDocument/2006/relationships/image" Target="media/image2.pn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