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Сейсмическая станция «Фрунзе»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42.84105, 74.61262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1738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c1837e03bc60fcf98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73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42.84105, 74.61262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Сейсмическая станция «Фрунзе»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42.84105, 74.61262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517381" cy="2232000"/>
            <wp:docPr id="4" name="Picture 4" descr="Сейсмическая станция «Фрунзе»" title="Сейсмическая станция «Фрунзе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c1837e03bc60fcf98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73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Сейсмическая станция «Фрунзе»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Сейсмическая станция «Фрунзе»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Т.П.Грин, 1967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https://bimap.su/description/frunze/448_Seismika.txt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42.84105, 74.61262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Oks Kir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https://2gis.kg/bishkek/geo/15763234351140681/tab/photos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