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Сейсмическая станция «Фрунзе»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173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c1837e03bc60fcf98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3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"Фрунзе" сейсмикалык станциясы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517381" cy="2232000"/>
            <wp:docPr id="4" name="Picture 4" descr="Сейсмическая станция «Фрунзе»" title="Сейсмическая станция «Фрунз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c1837e03bc60fcf98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3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Сейсмическая станция «Фрунзе»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"Фрунзе" сейсмикалык станциясы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"Фрунзе" сейсмикалык станциясы. Сүрөт Т.П. Гриндин альбому, 1967 Фрунзе сейсмикалык станциясы 1927-жылы түзүлүп, алгач Эл Комиссарлар Кеңешинин (Кыргызстан элинин Ассамблеясынын) имаратында жайгашкан. Ашхабаддагы жер титирөөдөн кийин Кыргызстанда сейсмикалык станциялардын тармагын түзүү чечими кабыл алынган. 1954-жылы Фрунзе шаарынан 3 километр алыстыкта ​​азыркы кездеги жабдуулар менен жабдылган бул сейсмикалык станциянын имараты талаада курул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https://bimap.su/description/frunze/448_Seismika.txt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Oks Kir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https://2gis.kg/bishkek/geo/15763234351140681/tab/photos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