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Город Фрунзе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42.87057, 74.57497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82872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20f76ea490572c608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8287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42.87057, 74.57497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Фрунзе шаары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42.87057, 74.57497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82872" cy="2232000"/>
            <wp:docPr id="4" name="Picture 4" descr="Город Фрунзе" title="Город 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20f76ea490572c608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8287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Город Фрунзе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Фрунзе шаары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Фрунзе шаары. Сүрөтчү Могилевский. 1942-жыл Фрунзе шаары. Сүрөтчү Могилевский. 1942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https://bimap.su/description/frunze/447_HudMog1942.txt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42.87057, 74.57497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2ГИС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https://2gis.kg/bishkek/firm/70000001077744220/tab/photos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