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Кузница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Пишпек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09969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3688dc4bac59f516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6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Кузница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099690" cy="2232000"/>
            <wp:docPr id="3" name="Picture 3" descr="Кузница" title="Кузниц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43688dc4bac59f5165e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09969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Кузница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Кузница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в Пишпеке. Конец XIX века.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https://bimap.su/description/pishpek/65_Kuznitsa.txt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4" name="Picture 4" descr="Иллюстрация эпохи Фрунзе" title="Фрунзе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42.88309, 74.61592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https://2gis.kg/bishkek/geo/15763234351076690/tab/photos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