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Кузница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42.88309, 74.61592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9969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3688dc4bac59f5165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96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Forge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42.88309, 74.61592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9690" cy="2232000"/>
            <wp:docPr id="3" name="Picture 3" descr="Кузница" title="Кузниц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3688dc4bac59f5165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96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Кузница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Forge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Пишпектеги Forge. 19-кылымдын аягы. Кузнечная дарыясынын жээгинде калайчылардын жана темир усталардын кеп сандаган цехтери бар. Бул жерде жылкылар тикилип, арабалар оңдолуп турган. Ошол кездеги усталар азыркы авто-техни-калык станцияларга тете иш-терди аткарышкан. Арба-арба, атчан машиналар көп болуп, бардыгына жумуш жетиштүү болчу.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https://bimap.su/description/pishpek/65_Kuznitsa.txt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42.88309, 74.61592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42.88309, 74.61592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https://2gis.kg/bishkek/geo/15763234351076690/tab/photos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