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Кузница</w:t>
      </w:r>
    </w:p>
    <w:p>
      <w:pPr>
        <w:jc w:val="center"/>
      </w:pPr>
      <w:r>
        <w:rPr>
          <w:rFonts w:ascii="Arial" w:hAnsi="Arial" w:eastAsia="Arial"/>
          <w:b w:val="0"/>
          <w:color w:val="606667"/>
          <w:sz w:val="17"/>
        </w:rPr>
        <w:t>42.88309, 74.61592</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099690" cy="2232000"/>
            <wp:docPr id="1" name="Picture 1"/>
            <wp:cNvGraphicFramePr>
              <a:graphicFrameLocks noChangeAspect="1"/>
            </wp:cNvGraphicFramePr>
            <a:graphic>
              <a:graphicData uri="http://schemas.openxmlformats.org/drawingml/2006/picture">
                <pic:pic>
                  <pic:nvPicPr>
                    <pic:cNvPr id="0" name="d43688dc4bac59f5165e.jpg"/>
                    <pic:cNvPicPr/>
                  </pic:nvPicPr>
                  <pic:blipFill>
                    <a:blip r:embed="rId12"/>
                    <a:stretch>
                      <a:fillRect/>
                    </a:stretch>
                  </pic:blipFill>
                  <pic:spPr>
                    <a:xfrm>
                      <a:off x="0" y="0"/>
                      <a:ext cx="309969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Forge</w:t>
      </w:r>
    </w:p>
    <w:p>
      <w:pPr>
        <w:spacing w:after="100"/>
        <w:jc w:val="center"/>
      </w:pPr>
      <w:r>
        <w:rPr>
          <w:rFonts w:ascii="Arial" w:hAnsi="Arial" w:eastAsia="Arial"/>
          <w:b w:val="0"/>
          <w:color w:val="606667"/>
          <w:sz w:val="17"/>
        </w:rPr>
        <w:t>42.88309, 74.61592</w:t>
      </w:r>
    </w:p>
    <w:p>
      <w:pPr>
        <w:spacing w:before="0" w:after="20"/>
        <w:jc w:val="center"/>
      </w:pPr>
      <w:r>
        <w:drawing>
          <wp:inline xmlns:a="http://schemas.openxmlformats.org/drawingml/2006/main" xmlns:pic="http://schemas.openxmlformats.org/drawingml/2006/picture">
            <wp:extent cx="3099690" cy="2232000"/>
            <wp:docPr id="3" name="Picture 3" descr="Кузница" title="Кузница"/>
            <wp:cNvGraphicFramePr>
              <a:graphicFrameLocks noChangeAspect="1"/>
            </wp:cNvGraphicFramePr>
            <a:graphic>
              <a:graphicData uri="http://schemas.openxmlformats.org/drawingml/2006/picture">
                <pic:pic>
                  <pic:nvPicPr>
                    <pic:cNvPr id="0" name="d43688dc4bac59f5165e.jpg"/>
                    <pic:cNvPicPr/>
                  </pic:nvPicPr>
                  <pic:blipFill>
                    <a:blip r:embed="rId12"/>
                    <a:stretch>
                      <a:fillRect/>
                    </a:stretch>
                  </pic:blipFill>
                  <pic:spPr>
                    <a:xfrm>
                      <a:off x="0" y="0"/>
                      <a:ext cx="3099690" cy="2232000"/>
                    </a:xfrm>
                    <a:prstGeom prst="rect"/>
                  </pic:spPr>
                </pic:pic>
              </a:graphicData>
            </a:graphic>
          </wp:inline>
        </w:drawing>
      </w:r>
    </w:p>
    <w:p>
      <w:pPr>
        <w:spacing w:after="60"/>
        <w:jc w:val="center"/>
      </w:pPr>
      <w:r>
        <w:rPr>
          <w:rFonts w:ascii="Arial" w:hAnsi="Arial" w:eastAsia="Arial"/>
          <w:b w:val="0"/>
          <w:color w:val="606667"/>
          <w:sz w:val="15"/>
        </w:rPr>
        <w:t>Кузница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Forge</w:t>
      </w:r>
    </w:p>
    <w:p>
      <w:pPr>
        <w:widowControl/>
        <w:spacing w:before="0" w:after="60" w:line="247" w:lineRule="auto"/>
      </w:pPr>
      <w:r>
        <w:rPr>
          <w:rFonts w:ascii="Arial" w:hAnsi="Arial" w:eastAsia="Arial"/>
          <w:b w:val="0"/>
          <w:color w:val="242C2F"/>
          <w:sz w:val="19"/>
        </w:rPr>
        <w:t>﻿ Forge in Pishpek. End of the 19th century. Along the banks of the Kuznechnaya River there are numerous workshops of tinsmiths and blacksmiths. Horses were shoed here and carts were repaired. Forges at that time performed work comparable to today's car service stations. There were a lot of carts and horse-drawn vehicles and there was enough work for everyone.</w:t>
      </w:r>
    </w:p>
    <w:p>
      <w:pPr>
        <w:spacing w:before="20" w:after="0"/>
      </w:pPr>
      <w:r>
        <w:rPr>
          <w:rFonts w:ascii="Arial" w:hAnsi="Arial" w:eastAsia="Arial"/>
          <w:b w:val="0"/>
          <w:color w:val="606667"/>
          <w:sz w:val="14"/>
        </w:rPr>
        <w:t>Source: https://bimap.su/description/pishpek/65_Kuznitsa.txt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42.88309, 74.61592</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42.88309, 74.61592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Фотография от 2ГИС</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https://2gis.kg/bishkek/geo/15763234351076690/tab/photos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