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Ботсад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42.85653, 74.58984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b93a14bad757c32c8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42.85653, 74.58984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Ботсад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42.85653, 74.58984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Ботсад" title="Ботс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b93a14bad757c32c8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Ботсад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Ботсад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Оранжерея.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https://bimap.su/description/frunze/445_Botsad1.txt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42.85653, 74.58984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Saikal Akmatova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https://2gis.kg/bishkek/geo/15763234351027598/tab/photos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