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Ботсад</w:t>
      </w:r>
    </w:p>
    <w:p>
      <w:pPr>
        <w:jc w:val="center"/>
      </w:pPr>
      <w:r>
        <w:rPr>
          <w:rFonts w:ascii="Arial" w:hAnsi="Arial" w:eastAsia="Arial"/>
          <w:b w:val="0"/>
          <w:color w:val="606667"/>
          <w:sz w:val="17"/>
        </w:rPr>
        <w:t>42.85653, 74.58984</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6000" cy="2232000"/>
            <wp:docPr id="1" name="Picture 1"/>
            <wp:cNvGraphicFramePr>
              <a:graphicFrameLocks noChangeAspect="1"/>
            </wp:cNvGraphicFramePr>
            <a:graphic>
              <a:graphicData uri="http://schemas.openxmlformats.org/drawingml/2006/picture">
                <pic:pic>
                  <pic:nvPicPr>
                    <pic:cNvPr id="0" name="e6b93a14bad757c32c8a.jpg"/>
                    <pic:cNvPicPr/>
                  </pic:nvPicPr>
                  <pic:blipFill>
                    <a:blip r:embed="rId12"/>
                    <a:stretch>
                      <a:fillRect/>
                    </a:stretch>
                  </pic:blipFill>
                  <pic:spPr>
                    <a:xfrm>
                      <a:off x="0" y="0"/>
                      <a:ext cx="297600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Botanical garden</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2976000" cy="2232000"/>
            <wp:docPr id="4" name="Picture 4" descr="Ботсад" title="Ботсад"/>
            <wp:cNvGraphicFramePr>
              <a:graphicFrameLocks noChangeAspect="1"/>
            </wp:cNvGraphicFramePr>
            <a:graphic>
              <a:graphicData uri="http://schemas.openxmlformats.org/drawingml/2006/picture">
                <pic:pic>
                  <pic:nvPicPr>
                    <pic:cNvPr id="0" name="e6b93a14bad757c32c8a.jpg"/>
                    <pic:cNvPicPr/>
                  </pic:nvPicPr>
                  <pic:blipFill>
                    <a:blip r:embed="rId12"/>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Ботсад</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Botanical garden</w:t>
      </w:r>
    </w:p>
    <w:p>
      <w:pPr>
        <w:widowControl/>
        <w:spacing w:before="0" w:after="60" w:line="247" w:lineRule="auto"/>
      </w:pPr>
      <w:r>
        <w:rPr>
          <w:rFonts w:ascii="Arial" w:hAnsi="Arial" w:eastAsia="Arial"/>
          <w:b w:val="0"/>
          <w:color w:val="242C2F"/>
          <w:sz w:val="19"/>
        </w:rPr>
        <w:t>﻿ Botanical garden. Greenhouse Above the railway, on the solid pebbles of the floodplain of the Ala-Archa River, the green quarters of the Botanical Garden were laid out in 1938-39 (founders I.V. Vykhodtsev, E.V. Nikitina, G.P. Svishchev, 1939). The park part of the garden and flower beds are located on 20 hectares. All work was carried out manually, earth was brought in by carts, boulders and cobblestones were taken away. Seeds, cuttings, bulbs,</w:t>
      </w:r>
    </w:p>
    <w:p>
      <w:pPr>
        <w:spacing w:before="20" w:after="0"/>
      </w:pPr>
      <w:r>
        <w:rPr>
          <w:rFonts w:ascii="Arial" w:hAnsi="Arial" w:eastAsia="Arial"/>
          <w:b w:val="0"/>
          <w:color w:val="606667"/>
          <w:sz w:val="14"/>
        </w:rPr>
        <w:t>Source: https://bimap.su/description/frunze/445_Botsad1.txt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Saikal Akmatova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https://2gis.kg/bishkek/geo/15763234351027598/tab/photos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