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Ботсад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42.85833, 74.59009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1344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6256f51c2e13f02c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34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42.85833, 74.59009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Ботсад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42.85833, 74.59009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13445" cy="2232000"/>
            <wp:docPr id="4" name="Picture 4" descr="Ботсад" title="Ботс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6256f51c2e13f02c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34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Ботсад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Ботсад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Дендрарий. Фото Виктора Глумского.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https://bimap.su/description/frunze/444_Botsad.txt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42.85833, 74.59009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Hansjoerg Eberle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https://commons.wikimedia.org/wiki/Birinchi_May_District,_Bishkek,_Kyrgyzstan_-_panoramio_(1).jpg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 3.0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