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Бани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Бани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4" name="Picture 4" descr="Бани" title="Бан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Бани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Банно-лечебный комплекс «Жыргал».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https://bimap.su/description/frunze/443_Jyrgal.txt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Tibor Melkner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https://2gis.kg/bishkek/firm/70000001019361759/tab/photos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