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Бани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42.87231, 74.61811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Frunze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971530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19dbc7672dae9df3d15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7153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Bishkek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42.87231, 74.61811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Baths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42.87231, 74.61811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971530" cy="2232000"/>
            <wp:docPr id="4" name="Picture 4" descr="Бани" title="Бани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19dbc7672dae9df3d15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7153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Бани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Baths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Baths Bath-therapeutic complex “Jyrgal” for 200 people. Project architects A. Sogonov, Sh. Nasypkulov, S. Belyanchikov.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https://bimap.su/description/frunze/443_Jyrgal.txt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42.87231, 74.61811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Tibor Melkner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https://2gis.kg/bishkek/firm/70000001019361759/tab/photos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