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«Бакыт»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«Бакыт»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4" name="Picture 4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«Бакыт»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Дворец бракосочетания.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https://bimap.su/description/frunze/442_Bakyt.txt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aliya kanat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https://2gis.kg/bishkek/firm/70000001019339744/tab/photos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