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«Бакыт»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72727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d476923d9f940e3ac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272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“Bakyt”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72727" cy="2231999"/>
            <wp:docPr id="4" name="Picture 4" descr="«Бакыт»" title="«Бакыт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d476923d9f940e3ac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272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«Бакыт»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“Bakyt”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“Bakyt” Wedding Palace. Architects A. Logunov, A. Klishevich, 1986.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https://bimap.su/description/frunze/442_Bakyt.txt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42.88281, 74.61249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aliya kanat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https://2gis.kg/bishkek/firm/70000001019339744/tab/photos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