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Памятник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42.80083, 74.58128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6953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2005c8a4cf48e18bd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695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42.80083, 74.58128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42.80083, 74.58128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69536" cy="2232000"/>
            <wp:docPr id="4" name="Picture 4" descr="Памятник" title="Памятни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2005c8a4cf48e18bd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695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Chonaryk Monument to soldiers who died during the Great Patriotic War.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https://bimap.su/description/frunze/437_Chonaryk.txt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42.80083, 74.58128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Nurik Rashev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https://2gis.kg/bishkek/firm/70000001021422739/tab/photos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