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КГМИ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76dc843aae5959b9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КГМИ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КГМИ" title="КГ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76dc843aae5959b9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КГМИ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КГМИ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Киргизский государственный медицинский институт.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https://bimap.su/description/frunze/436_KGMI.txt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Cheems&amp; Jesus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https://2gis.kg/bishkek/firm/70000001020742140/tab/photos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