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КГМИ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76dc843aae5959b9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KSMI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КГМИ" title="КГ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76dc843aae5959b9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КГМИ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KSMI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KSMI Kyrgyz State Medical Institute. Architect E. Pisarskaya, 1960. Founded in 1939.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https://bimap.su/description/frunze/436_KGMI.txt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42.84234, 74.60720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Cheems&amp; Jesus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https://2gis.kg/bishkek/firm/70000001020742140/tab/photos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