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Кинотеатр «Октябрь»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168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b2635de2c5a955482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16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"Октябрь" кинотеатры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01689" cy="2232000"/>
            <wp:docPr id="4" name="Picture 4" descr="Кинотеатр «Октябрь»" title="Кинотеатр «Октябр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b2635de2c5a955482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168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«Октябрь»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"Октябрь" кинотеатры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Кинотеатр "Октябрь" Кыргызстандагы биринчи кең экрандуу кинотеатр. 1957-жылы ачылган.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https://bimap.su/description/frunze/435_Oktyabr.txt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42.87659, 74.57687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Асю Назаркулова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https://2gis.kg/bishkek/firm/70000001080429769/tab/photos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