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Чайхана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273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57d7efd32af985fc5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27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Чайхана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2730" cy="2232000"/>
            <wp:docPr id="3" name="Picture 3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57d7efd32af985fc5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27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Чайхана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https://bimap.su/description/pishpek/64_Chaikana.txt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https://2gis.kg/bishkek/firm/70000001082018340/tab/photos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