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Чайхана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42.87949, 74.61452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Пишпек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3273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657d7efd32af985fc5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27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Чайкана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42.87949, 74.61452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32730" cy="2232000"/>
            <wp:docPr id="3" name="Picture 3" descr="Чайхана" title="Чайха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657d7efd32af985fc5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27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Чайхана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Чайкана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Чайкана, ХХ кылымдын башы. Базар аянтына жанаша жайгашкан бир нече таверналар, чайханалар, анда жакшы тамактанып, эс алып, жада калса түнөгөнгө да болот.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https://bimap.su/description/pishpek/64_Chaikana.txt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42.87949, 74.61452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42.87949, 74.61452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https://2gis.kg/bishkek/firm/70000001082018340/tab/photos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