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Pishpek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Teahouse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Teahouse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Teahouse, early twentieth century. Several taverns and teahouses adjoined the market square, where you could have a good meal, relax, and even spend the night.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https://bimap.su/description/pishpek/64_Chaikana.txt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https://2gis.kg/bishkek/firm/70000001082018340/tab/photos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