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Проспект Мира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42.83624, 74.58558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37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a25efb42119288a41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37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42.83624, 74.58558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Проспект Мира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42.83624, 74.58558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3721" cy="2232000"/>
            <wp:docPr id="4" name="Picture 4" descr="Проспект Мира" title="Проспект Ми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a25efb42119288a41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37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Проспект Мира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Проспект Мира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Проспект Мира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https://bimap.su/description/frunze/432_Mira.txt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42.83624, 74.58558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https://2gis.kg/bishkek/firm/70000001091219682/tab/photos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