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Проспект Мира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42.83624, 74.58558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372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7a25efb42119288a41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37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42.83624, 74.58558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Мира проспектиси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42.83624, 74.58558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3721" cy="2232000"/>
            <wp:docPr id="4" name="Picture 4" descr="Проспект Мира" title="Проспект Мир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7a25efb42119288a41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37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Проспект Мира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Мира проспектиси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Мира проспектиси 1960-жылы Ново-Белинская көчөсү Мира проспектиси болуп өзгөртүлгөн. Ал 1972-жылы ишке кирген темир жол өткөөлүнөн эски аэропортко чейин созулуп кеткен. 1980-жылы аэропорт жабылып, жаңы «Манас» аэропортунун ишке киришине байланыштуу эски жол калыбына келтирилип, проспекти Мамлекеттик резиденцияны көздөй созулуп, анын боюна күмүш теректер тигилген.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https://bimap.su/description/frunze/432_Mira.txt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42.83624, 74.58558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владельца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https://2gis.kg/bishkek/firm/70000001091219682/tab/photos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