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БГУ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0028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579b6f071e2ec306b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02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БГУ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00286" cy="2232000"/>
            <wp:docPr id="4" name="Picture 4" descr="БГУ" title="БГ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579b6f071e2ec306b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02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БГУ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БГУ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Бишкекский гуманитарный университет.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https://bimap.su/description/frunze/431_BGU.txt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42.85041, 74.58532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Оставил Отзыв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https://2gis.kg/bishkek/firm/70000001019352264/tab/photos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