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Оперный театр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42.87804, 74.61277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9143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81311aa0a08cc6c5f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43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42.87804, 74.61277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Оперный театр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42.87804, 74.61277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914300" cy="2232000"/>
            <wp:docPr id="4" name="Picture 4" descr="Оперный театр" title="Оперный теат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b381311aa0a08cc6c5f1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9143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Оперный театр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Оперный театр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Оперный театр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https://bimap.su/description/frunze/429_Teatr.txt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42.87804, 74.61277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@sam_ des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https://2gis.kg/bishkek/firm/70000001019329204/tab/photos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