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Жилой 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0365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b58fe4a45705d8e4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6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Жилой дом на Дзержинской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03652" cy="2232000"/>
            <wp:docPr id="4" name="Picture 4" descr="Жилой дом на Дзержинской" title="Жилой 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b58fe4a45705d8e4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6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 на Дзержинской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Жилой дом на Дзержинской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угол Токтогула.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https://bimap.su/description/frunze/428_DzTok.txt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 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https://2gis.kg/bishkek/firm/70000001082479760/tab/photos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