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Жилой дом на Дзержинской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03652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b58fe4a45705d8e4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36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Дзержинскаядагы турак жай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803652" cy="2232000"/>
            <wp:docPr id="4" name="Picture 4" descr="Жилой дом на Дзержинской" title="Жилой дом на Дзержин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b58fe4a45705d8e4a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0365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Жилой дом на Дзержинской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Дзержинскаядагы турак жай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Турак жай Дзержинскаядагы турак жай Дзержинский бульварындагы, Токтогулдун бурчу. Архитекторлор Б.Лебедев, А.Нежурин, И.Комбарбаев, Ю.Чубаров, С.Лопаткин, 1984-ж.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https://bimap.su/description/frunze/428_DzTok.txt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42.87235, 74.60733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N R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https://2gis.kg/bishkek/firm/70000001082479760/tab/photos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