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Жилой дом на Дзержинской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42.87235, 74.60733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Frunze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803652" cy="223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70b58fe4a45705d8e4a9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03652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Bishkek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42.87235, 74.60733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Residential building on Dzerzhinskaya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42.87235, 74.60733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803652" cy="2232000"/>
            <wp:docPr id="4" name="Picture 4" descr="Жилой дом на Дзержинской" title="Жилой дом на Дзержинской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70b58fe4a45705d8e4a9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03652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Жилой дом на Дзержинской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Residential building on Dzerzhinskaya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Residential building on Dzerzhinskaya Residential building on Dzerzhinsky Boulevard, corner of Toktogul. Architects B. Lebedev, A. Nezhurin, I. Kombarbaev, Y. Chubarov, S. Lopatkin, 1984.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https://bimap.su/description/frunze/428_DzTok.txt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42.87235, 74.60733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Современный вид; дата публикации в 2GIS" title="Современный вид; дата публикации в 2GIS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Современный вид; дата публикации в 2GIS · N R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https://2gis.kg/bishkek/firm/70000001082479760/tab/photos · 2GIS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Фотография пользователя 2GIS; права принадлежат автору. Изображение показывается по внешней ссылке на 2GIS.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