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«Белый пароход»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104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67c269e562414f127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«Белый пароход»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10400" cy="2232000"/>
            <wp:docPr id="4" name="Picture 4" descr="«Белый пароход»" title="«Белый пароход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67c269e562414f127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«Белый пароход»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«Белый пароход»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Жилые дома у площади Победы.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https://bimap.su/description/frunze/427_Dom_Pobedy.txt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https://2gis.kg/bishkek/firm/70000001061783951/tab/photos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