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«Белый пароход»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"Ак пароход"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4" name="Picture 4" descr="«Белый пароход»" title="«Белый пароход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«Белый пароход»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"Ак пароход"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"Ак пароход" "Ак пароход". Жеңиш аянтынын жанындагы турак-жайлар. Архитекторлор У.Алымкулов, С.Султанов, О.Лазарев, З.Шамбетов,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https://bimap.su/description/frunze/427_Dom_Pobedy.txt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https://2gis.kg/bishkek/firm/70000001061783951/tab/photos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