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Дортранспроект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42.84889, 74.58708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2702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583a888b8674f9447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70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42.84889, 74.58708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Дортранспроект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42.84889, 74.58708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427029" cy="2232000"/>
            <wp:docPr id="4" name="Picture 4" descr="Дортранспроект" title="Дортранспроек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583a888b8674f9447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70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Дортранспроект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Дортранспроект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Дортранспроект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https://bimap.su/description/frunze/426_Dortrans.txt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42.84889, 74.58708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salima kanalbekova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https://2gis.kg/bishkek/firm/70000001019352779/tab/photos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