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Дортранспроект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2702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83a888b8674f944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70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Дортранспроект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27029" cy="2232000"/>
            <wp:docPr id="4" name="Picture 4" descr="Дортранспроект" title="Дортранспроек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583a888b8674f944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70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Дортранспроект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Дортранспроект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Дортранспроект автомобиль транспортунун курулушунун долбоорлоо институту. Архитекторлор Г Кутателадзе, К Сарбанов, Москва Р. 1973-жыл Ушул эле имаратта автомобиль транспорту жана шоссе жолдор кызматкерлеринин профсоюзунун республикалык комитети жана Кыргыз ССР илимдер академиясынын Бийик тоолордун физиологиясы жана эксперименталдык патологиясы институту болгон. Бүгүнкү күндө имаратта Кыргыз-Түрк «Манас» университети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https://bimap.su/description/frunze/426_Dortrans.txt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42.84889, 74.58708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salima kanalbekova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https://2gis.kg/bishkek/firm/70000001019352779/tab/photos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