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партполитпрсвета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42.87987, 74.60838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806534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4e062fb4c3c7eab69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0653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42.87987, 74.60838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Партиялык Саясий Прсвет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42.87987, 74.60838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806534" cy="2232000"/>
            <wp:docPr id="4" name="Picture 4" descr="Дом партполитпрсвета" title="Дом партполитпрсве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4e062fb4c3c7eab69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0653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партполитпрсвета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Партиялык Саясий Прсвет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Партиялык Саясий Прсвет үйү Кыргызстан Компартиясынын Фрунзе шаардык комитетинин саясий агартуу үйү. Архитекторлор В.Шапошник, А.Голованев, А.Жумакалиев, 1977. Бүгүнкү күндө бул имаратта «Сейтек» балдар билим берүү борбору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https://bimap.su/description/frunze/425_Partpol.txt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42.87987, 74.60838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Жасмина Жапарбекова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https://2gis.kg/bishkek/firm/70000001019372212/tab/photos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