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Высотка на улице Киевской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80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9816be5a8840c39de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Высотка на улице Киевской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80000" cy="2232000"/>
            <wp:docPr id="4" name="Picture 4" descr="Высотка на улице Киевской" title="Высотка на улице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9816be5a8840c39de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Высотка на улице Киевской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Высотка на улице Киевской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Высотка на улице Киевской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https://bimap.su/description/frunze/423_Vysotka.txt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Графиня Вишенка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https://2gis.kg/bishkek/geo/15763234351114902/tab/photos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