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Высотка на улице Киевской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80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9816be5a8840c39de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Киев көчөсүндөгү көп кабаттуу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80000" cy="2232000"/>
            <wp:docPr id="4" name="Picture 4" descr="Высотка на улице Киевской" title="Высотка на улице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9816be5a8840c39de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Высотка на улице Киевской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Киев көчөсүндөгү көп кабаттуу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Киев көчөсүндөгү көп кабаттуу үй Киев көчөсүндөгү көп кабаттуу үй. Макет. Архитекторлор Б.Лебедев, А.Нежурин, И.Комбарбаев, Н.Байбеков. 1985-жылы 18 кабаттуу, 100 квартиралуу турак-жайдын оригиналдуу пластмассадан жасалган чечими учун ал мыкты курулуштардын Буткул союздук кароосунда СССР архитекторлор союзунун алтын медалы менен сыйланган.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https://bimap.su/description/frunze/423_Vysotka.txt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Графиня Вишенка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https://2gis.kg/bishkek/geo/15763234351114902/tab/photos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