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Высотка на улице Киевской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42.87364, 74.61249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98000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89816be5a8840c39de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42.87364, 74.61249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High-rise building on Kievskaya street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42.87364, 74.61249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980000" cy="2232000"/>
            <wp:docPr id="4" name="Picture 4" descr="Высотка на улице Киевской" title="Высотка на улице Киев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89816be5a8840c39de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Высотка на улице Киевской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High-rise building on Kievskaya street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High-rise building on Kievskaya Street High-rise building on Kievskaya street. Layout. Architects B. Lebedev, A. Nezhurin, I. Kombarbaev, N. Baybekov. 1985 For the original plastic solution of the 18-story, 100-apartment residential building, he was awarded the gold medal of the Union of Architects of the USSR at the All-Union Review of the Best Buildings.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https://bimap.su/description/frunze/423_Vysotka.txt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42.87364, 74.61249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Графиня Вишенка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https://2gis.kg/bishkek/geo/15763234351114902/tab/photos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