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«Дом торговли» на Моссовете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42.87004, 74.61038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044041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88a04e5ba96bc0d13f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4404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42.87004, 74.61038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«Дом торговли» на Моссовете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42.87004, 74.61038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044041" cy="2232000"/>
            <wp:docPr id="4" name="Picture 4" descr="«Дом торговли» на Моссовете" title="«Дом торговли» на Моссовет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88a04e5ba96bc0d13f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4404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«Дом торговли» на Моссовете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«Дом торговли» на Моссовете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«Дом торговли» на Моссовете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https://bimap.su/description/frunze/422_Dom_torgovli.txt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42.87004, 74.61038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Фотография от владельца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https://2gis.kg/bishkek/firm/70000001084256600/tab/photos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