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союзов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42.87647, 74.59787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6470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0ede6f801252e3e08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47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42.87647, 74.59787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Союздар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42.87647, 74.59787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064702" cy="2232000"/>
            <wp:docPr id="4" name="Picture 4" descr="Дом союзов" title="Дом союз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0ede6f801252e3e08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47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союзов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Союздар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Союздар үйү 1978-жылы Союздар үйүнө жаңы имарат кошулган. Архитекторлор А Куделя, В Мирошниченко.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https://bimap.su/description/frunze/421_Dom_soiuzov.txt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42.87647, 74.59787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Adelya Kubanychbekova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https://2gis.kg/bishkek/firm/70000001114316628/tab/photos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