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Дом союзов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42.87647, 74.59850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Фрунзе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3350093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0b35d53789abde8c44c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5009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Бишкек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42.87647, 74.59850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Дом союзов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42.87647, 74.59850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350093" cy="2232000"/>
            <wp:docPr id="4" name="Picture 4" descr="Дом союзов" title="Дом союзов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0b35d53789abde8c44c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35009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Дом союзов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Дом союзов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Дом союзов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https://bimap.su/description/frunze/420_Soiuz.txt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42.87647, 74.59850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Анна Сабирова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https://2gis.kg/bishkek/geo/15763234351121225/tab/photos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