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Рынок 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2185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c62c7a316b758d93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1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f0d4722c90f6046a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Аламединский рынок.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21857" cy="2232000"/>
            <wp:docPr id="4" name="Picture 4" descr="Аламединский рынок." title="Аламединский рыно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c62c7a316b758d93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1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Аламединский рынок.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Аламединский рынок.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Аламединский рынок.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https://bimap.su/description/frunze/419_Alamedin.txt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Рынок Аламедин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Рынок Аламедин" title="Рынок 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f0d4722c90f6046a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Рынок Аламедин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Рынок Аламедин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 окрестности.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https://bimap.su/description/bishkek/56_IMG_0509.txt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