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Рынок Аламедин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42.88719, 74.63729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2185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dc62c7a316b758d93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18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f0d4722c90f6046a6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42.88719, 74.63729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Аламүдүн базары.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42.88719, 74.63729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821857" cy="2232000"/>
            <wp:docPr id="4" name="Picture 4" descr="Аламединский рынок." title="Аламединский рынок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dc62c7a316b758d93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18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Аламединский рынок.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Аламүдүн базары.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Аламүдүн базары Жабык базар 1984-жылы курулган. Долбоордун архитекторлору А.Нежурин, Б. Лебедев, Ю. Чубаров. Анын залдары 600 соода орунуна ылайыкталган. 600 орундуу жайкы павильон да бар.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https://bimap.su/description/frunze/419_Alamedin.txt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Аламүдүн базары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42.88719, 74.63729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5" name="Picture 5" descr="Рынок Аламедин" title="Рынок Аламед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f0d4722c90f6046a6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Рынок Аламедин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Аламүдүн базары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жана айланасы Аламүдүн базары жана айланасы.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https://bimap.su/description/bishkek/56_IMG_0509.txt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