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Рынок 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2185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c62c7a316b758d93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1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f0d4722c90f6046a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Alamedin market.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21857" cy="2232000"/>
            <wp:docPr id="4" name="Picture 4" descr="Аламединский рынок." title="Аламединский рыно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dc62c7a316b758d93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1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Аламединский рынок.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Alamedin market.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Alamedin market The covered market was built in 1984. Project architects A. Nezhurin, B. Lebedev, Yu. Chubarov. Its halls are designed for 600 retail places. There is a summer pavilion, also with 600 seats.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https://bimap.su/description/frunze/419_Alamedin.txt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Alamedin Market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42.88719, 74.63729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Рынок Аламедин" title="Рынок 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af0d4722c90f6046a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Рынок Аламедин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Alamedin Market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and surroundings Alamedin Market and surroundings.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https://bimap.su/description/bishkek/56_IMG_0509.txt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