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Ошский рынок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5847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39a340a4d61e4d5c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84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Ошский рынок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58477" cy="2232000"/>
            <wp:docPr id="4" name="Picture 4" descr="Ошский рынок" title="Ошски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39a340a4d61e4d5c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84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Ошский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Ошский рынок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Ошский рынок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https://bimap.su/description/frunze/418_Oshskii.txt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42.87578, 74.57119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Медина Суйутбекова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https://2gis.kg/bishkek/geo/15763281595596984/tab/photos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